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right"/>
      </w:pPr>
      <w:r>
        <w:rPr>
          <w:rFonts w:ascii="Arial" w:hAnsi="Arial" w:eastAsia="Arial"/>
          <w:b/>
          <w:color w:val="000000"/>
          <w:sz w:val="22"/>
        </w:rPr>
        <w:t>Moczary, dnia 19.08.2026 r.</w:t>
      </w:r>
    </w:p>
    <w:p>
      <w:pPr>
        <w:spacing w:after="100"/>
      </w:pPr>
      <w:r>
        <w:rPr>
          <w:rFonts w:ascii="Arial" w:hAnsi="Arial" w:eastAsia="Arial"/>
          <w:b/>
          <w:color w:val="000000"/>
          <w:sz w:val="22"/>
        </w:rPr>
        <w:t>DOM POMOCY SPOŁECZNEJ W MOCZARACH</w:t>
      </w:r>
    </w:p>
    <w:p>
      <w:pPr>
        <w:spacing w:after="100"/>
      </w:pPr>
      <w:r>
        <w:rPr>
          <w:rFonts w:ascii="Arial" w:hAnsi="Arial" w:eastAsia="Arial"/>
          <w:color w:val="000000"/>
          <w:sz w:val="22"/>
        </w:rPr>
        <w:t>Moczary 41, 38-700 Ustrzyki Dolne</w:t>
      </w:r>
    </w:p>
    <w:p>
      <w:pPr>
        <w:spacing w:after="100"/>
      </w:pPr>
      <w:r>
        <w:rPr>
          <w:rFonts w:ascii="Arial" w:hAnsi="Arial" w:eastAsia="Arial"/>
          <w:b/>
          <w:color w:val="000000"/>
          <w:sz w:val="22"/>
        </w:rPr>
        <w:t>Znak sprawy: DPS.ZP.1.9.2026</w:t>
      </w:r>
    </w:p>
    <w:p>
      <w:pPr>
        <w:pStyle w:val="Title"/>
        <w:spacing w:after="100"/>
        <w:jc w:val="center"/>
      </w:pPr>
      <w:r>
        <w:rPr>
          <w:rFonts w:ascii="Arial" w:hAnsi="Arial" w:eastAsia="Arial"/>
          <w:b/>
          <w:color w:val="000000"/>
          <w:sz w:val="28"/>
        </w:rPr>
        <w:t>ZAŁĄCZNIK NR 3 - FORMULARZ OFERTOWY</w:t>
      </w:r>
    </w:p>
    <w:p>
      <w:pPr>
        <w:spacing w:after="40"/>
      </w:pPr>
    </w:p>
    <w:p>
      <w:pPr>
        <w:spacing w:after="100"/>
        <w:jc w:val="center"/>
      </w:pPr>
      <w:r>
        <w:rPr>
          <w:rFonts w:ascii="Arial" w:hAnsi="Arial" w:eastAsia="Arial"/>
          <w:i/>
          <w:color w:val="000000"/>
          <w:sz w:val="22"/>
        </w:rPr>
        <w:t>do postępowania pn. „Budowa ogrodzenia panelowego systemowego wraz z montażem bram przesuwnych na terenie Domu Pomocy Społecznej w Moczarach”</w:t>
      </w:r>
    </w:p>
    <w:p>
      <w:pPr>
        <w:pStyle w:val="Heading1"/>
        <w:keepNext/>
        <w:spacing w:after="100"/>
      </w:pPr>
      <w:r>
        <w:rPr>
          <w:rFonts w:ascii="Arial" w:hAnsi="Arial" w:eastAsia="Arial"/>
          <w:b/>
          <w:color w:val="000000"/>
          <w:sz w:val="22"/>
        </w:rPr>
        <w:t>I. Dane Wykonawcy</w:t>
      </w:r>
    </w:p>
    <w:p>
      <w:pPr>
        <w:spacing w:after="100"/>
      </w:pPr>
      <w:r>
        <w:rPr>
          <w:rFonts w:ascii="Arial" w:hAnsi="Arial" w:eastAsia="Arial"/>
          <w:i w:val="0"/>
          <w:color w:val="000000"/>
          <w:sz w:val="22"/>
        </w:rPr>
        <w:t>Nazwa Wykonawcy: ........................................................................................................................................</w:t>
      </w:r>
    </w:p>
    <w:p>
      <w:pPr>
        <w:spacing w:after="100"/>
      </w:pPr>
      <w:r>
        <w:rPr>
          <w:rFonts w:ascii="Arial" w:hAnsi="Arial" w:eastAsia="Arial"/>
          <w:i w:val="0"/>
          <w:color w:val="000000"/>
          <w:sz w:val="22"/>
        </w:rPr>
        <w:t>Adres: ........................................................................................................................................</w:t>
      </w:r>
    </w:p>
    <w:p>
      <w:pPr>
        <w:spacing w:after="100"/>
      </w:pPr>
      <w:r>
        <w:rPr>
          <w:rFonts w:ascii="Arial" w:hAnsi="Arial" w:eastAsia="Arial"/>
          <w:i w:val="0"/>
          <w:color w:val="000000"/>
          <w:sz w:val="22"/>
        </w:rPr>
        <w:t>NIP: ........................................................................................................................................</w:t>
      </w:r>
    </w:p>
    <w:p>
      <w:pPr>
        <w:spacing w:after="100"/>
      </w:pPr>
      <w:r>
        <w:rPr>
          <w:rFonts w:ascii="Arial" w:hAnsi="Arial" w:eastAsia="Arial"/>
          <w:i w:val="0"/>
          <w:color w:val="000000"/>
          <w:sz w:val="22"/>
        </w:rPr>
        <w:t>REGON: ........................................................................................................................................</w:t>
      </w:r>
    </w:p>
    <w:p>
      <w:pPr>
        <w:spacing w:after="100"/>
      </w:pPr>
      <w:r>
        <w:rPr>
          <w:rFonts w:ascii="Arial" w:hAnsi="Arial" w:eastAsia="Arial"/>
          <w:i w:val="0"/>
          <w:color w:val="000000"/>
          <w:sz w:val="22"/>
        </w:rPr>
        <w:t>Telefon: ........................................................................................................................................</w:t>
      </w:r>
    </w:p>
    <w:p>
      <w:pPr>
        <w:spacing w:after="100"/>
      </w:pPr>
      <w:r>
        <w:rPr>
          <w:rFonts w:ascii="Arial" w:hAnsi="Arial" w:eastAsia="Arial"/>
          <w:i w:val="0"/>
          <w:color w:val="000000"/>
          <w:sz w:val="22"/>
        </w:rPr>
        <w:t>E-mail: ........................................................................................................................................</w:t>
      </w:r>
    </w:p>
    <w:p>
      <w:pPr>
        <w:spacing w:after="100"/>
      </w:pPr>
      <w:r>
        <w:rPr>
          <w:rFonts w:ascii="Arial" w:hAnsi="Arial" w:eastAsia="Arial"/>
          <w:i w:val="0"/>
          <w:color w:val="000000"/>
          <w:sz w:val="22"/>
        </w:rPr>
        <w:t>Osoba upoważniona do kontaktu: ........................................................................................................................................</w:t>
      </w:r>
    </w:p>
    <w:p>
      <w:pPr>
        <w:pStyle w:val="Heading1"/>
        <w:keepNext/>
        <w:spacing w:after="100"/>
      </w:pPr>
      <w:r>
        <w:rPr>
          <w:rFonts w:ascii="Arial" w:hAnsi="Arial" w:eastAsia="Arial"/>
          <w:b/>
          <w:color w:val="000000"/>
          <w:sz w:val="22"/>
        </w:rPr>
        <w:t>II. Oferta</w:t>
      </w:r>
    </w:p>
    <w:p>
      <w:pPr>
        <w:spacing w:after="100"/>
      </w:pPr>
      <w:r>
        <w:rPr>
          <w:rFonts w:ascii="Arial" w:hAnsi="Arial" w:eastAsia="Arial"/>
          <w:i w:val="0"/>
          <w:color w:val="000000"/>
          <w:sz w:val="22"/>
        </w:rPr>
        <w:t>W odpowiedzi na Zapytanie Ofertowe składam ofertę na wykonanie całego przedmiotu zamówienia.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tblHeader w:val="true"/>
        </w:trPr>
        <w:tc>
          <w:tcPr>
            <w:tcW w:type="dxa" w:w="3118"/>
            <w:shd w:fill="E7E6E6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000000"/>
                <w:sz w:val="19"/>
              </w:rPr>
              <w:t>Pozycja</w:t>
            </w:r>
          </w:p>
        </w:tc>
        <w:tc>
          <w:tcPr>
            <w:tcW w:type="dxa" w:w="5386"/>
            <w:shd w:fill="E7E6E6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000000"/>
                <w:sz w:val="19"/>
              </w:rPr>
              <w:t>Wartość</w:t>
            </w:r>
          </w:p>
        </w:tc>
      </w:tr>
      <w:tr>
        <w:tc>
          <w:tcPr>
            <w:tcW w:type="dxa" w:w="3118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Cena netto</w:t>
            </w:r>
          </w:p>
        </w:tc>
        <w:tc>
          <w:tcPr>
            <w:tcW w:type="dxa" w:w="5386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........................................ zł</w:t>
            </w:r>
          </w:p>
        </w:tc>
      </w:tr>
      <w:tr>
        <w:tc>
          <w:tcPr>
            <w:tcW w:type="dxa" w:w="3118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Podatek VAT</w:t>
            </w:r>
          </w:p>
        </w:tc>
        <w:tc>
          <w:tcPr>
            <w:tcW w:type="dxa" w:w="5386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........ %</w:t>
            </w:r>
          </w:p>
        </w:tc>
      </w:tr>
      <w:tr>
        <w:tc>
          <w:tcPr>
            <w:tcW w:type="dxa" w:w="3118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Kwota VAT</w:t>
            </w:r>
          </w:p>
        </w:tc>
        <w:tc>
          <w:tcPr>
            <w:tcW w:type="dxa" w:w="5386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........................................ zł</w:t>
            </w:r>
          </w:p>
        </w:tc>
      </w:tr>
      <w:tr>
        <w:tc>
          <w:tcPr>
            <w:tcW w:type="dxa" w:w="3118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Cena brutto</w:t>
            </w:r>
          </w:p>
        </w:tc>
        <w:tc>
          <w:tcPr>
            <w:tcW w:type="dxa" w:w="5386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........................................ zł</w:t>
            </w:r>
          </w:p>
        </w:tc>
      </w:tr>
      <w:tr>
        <w:tc>
          <w:tcPr>
            <w:tcW w:type="dxa" w:w="3118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Cena brutto słownie</w:t>
            </w:r>
          </w:p>
        </w:tc>
        <w:tc>
          <w:tcPr>
            <w:tcW w:type="dxa" w:w="5386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...............................................................................................</w:t>
            </w:r>
          </w:p>
        </w:tc>
      </w:tr>
    </w:tbl>
    <w:p>
      <w:pPr>
        <w:spacing w:after="40"/>
      </w:pPr>
    </w:p>
    <w:p>
      <w:pPr>
        <w:pStyle w:val="Heading1"/>
        <w:keepNext/>
        <w:spacing w:after="100"/>
      </w:pPr>
      <w:r>
        <w:rPr>
          <w:rFonts w:ascii="Arial" w:hAnsi="Arial" w:eastAsia="Arial"/>
          <w:b/>
          <w:color w:val="000000"/>
          <w:sz w:val="22"/>
        </w:rPr>
        <w:t>III. Termin wykonania</w:t>
      </w:r>
    </w:p>
    <w:p>
      <w:pPr>
        <w:spacing w:after="100"/>
      </w:pPr>
      <w:r>
        <w:rPr>
          <w:rFonts w:ascii="Arial" w:hAnsi="Arial" w:eastAsia="Arial"/>
          <w:i w:val="0"/>
          <w:color w:val="000000"/>
          <w:sz w:val="22"/>
        </w:rPr>
        <w:t>Oświadczam, że wykonam zamówienie od dnia podpisania umowy do dnia 15.10.2026 r.</w:t>
      </w:r>
    </w:p>
    <w:p>
      <w:pPr>
        <w:pStyle w:val="Heading1"/>
        <w:keepNext/>
        <w:spacing w:after="100"/>
      </w:pPr>
      <w:r>
        <w:rPr>
          <w:rFonts w:ascii="Arial" w:hAnsi="Arial" w:eastAsia="Arial"/>
          <w:b/>
          <w:color w:val="000000"/>
          <w:sz w:val="22"/>
        </w:rPr>
        <w:t>IV. Okres gwarancji</w:t>
      </w:r>
    </w:p>
    <w:p>
      <w:pPr>
        <w:spacing w:after="100"/>
      </w:pPr>
      <w:r>
        <w:rPr>
          <w:rFonts w:ascii="Arial" w:hAnsi="Arial" w:eastAsia="Arial"/>
          <w:i w:val="0"/>
          <w:color w:val="000000"/>
          <w:sz w:val="22"/>
        </w:rPr>
        <w:t>Oferuję gwarancję:  □ 60 miesięcy   □ dłuższą: ............... miesięcy</w:t>
      </w:r>
    </w:p>
    <w:p>
      <w:pPr>
        <w:pStyle w:val="Heading1"/>
        <w:keepNext/>
        <w:spacing w:after="100"/>
      </w:pPr>
      <w:r>
        <w:rPr>
          <w:rFonts w:ascii="Arial" w:hAnsi="Arial" w:eastAsia="Arial"/>
          <w:b/>
          <w:color w:val="000000"/>
          <w:sz w:val="22"/>
        </w:rPr>
        <w:t>V. Oświadczenia</w:t>
      </w:r>
    </w:p>
    <w:p>
      <w:pPr>
        <w:spacing w:after="100"/>
        <w:ind w:left="397" w:hanging="283"/>
      </w:pPr>
      <w:r>
        <w:rPr>
          <w:rFonts w:ascii="Arial" w:hAnsi="Arial" w:eastAsia="Arial"/>
          <w:b/>
          <w:color w:val="000000"/>
          <w:sz w:val="22"/>
        </w:rPr>
        <w:t xml:space="preserve">1. </w:t>
      </w:r>
      <w:r>
        <w:rPr>
          <w:rFonts w:ascii="Arial" w:hAnsi="Arial" w:eastAsia="Arial"/>
          <w:color w:val="000000"/>
          <w:sz w:val="22"/>
        </w:rPr>
        <w:t>Zapoznałem(am) się z treścią Zapytania Ofertowego, OPZ i Projektem Umowy i nie wnoszę do nich zastrzeżeń.</w:t>
      </w:r>
    </w:p>
    <w:p>
      <w:pPr>
        <w:spacing w:after="100"/>
        <w:ind w:left="397" w:hanging="283"/>
      </w:pPr>
      <w:r>
        <w:rPr>
          <w:rFonts w:ascii="Arial" w:hAnsi="Arial" w:eastAsia="Arial"/>
          <w:b/>
          <w:color w:val="000000"/>
          <w:sz w:val="22"/>
        </w:rPr>
        <w:t xml:space="preserve">2. </w:t>
      </w:r>
      <w:r>
        <w:rPr>
          <w:rFonts w:ascii="Arial" w:hAnsi="Arial" w:eastAsia="Arial"/>
          <w:color w:val="000000"/>
          <w:sz w:val="22"/>
        </w:rPr>
        <w:t>Cena obejmuje wszystkie koszty wykonania kompletnego zamówienia.</w:t>
      </w:r>
    </w:p>
    <w:p>
      <w:pPr>
        <w:spacing w:after="100"/>
        <w:ind w:left="397" w:hanging="283"/>
      </w:pPr>
      <w:r>
        <w:rPr>
          <w:rFonts w:ascii="Arial" w:hAnsi="Arial" w:eastAsia="Arial"/>
          <w:b/>
          <w:color w:val="000000"/>
          <w:sz w:val="22"/>
        </w:rPr>
        <w:t>3. W cenie uwzględniono około 63 mb kompletnego stalowego ogrodzenia panelowego systemowego (panel 2D, 3D lub równoważny, wys. min. 1500 mm, drut min. 4,0 mm, oczko maks. 200 x 60 mm) ze słupkami systemowymi min. 60 x 40 x 2,0 mm i elementami mocującymi, fundamenty, 2 bramy przesuwne 7,00 m z automatyką, 2 furtki 1,20 m, 10 pilotów, okablowanie, uruchomienie, próby, dokumentację odbiorową, transport i uporządkowanie terenu.</w:t>
      </w:r>
      <w:r>
        <w:rPr>
          <w:rFonts w:ascii="Arial" w:hAnsi="Arial" w:eastAsia="Arial"/>
          <w:color w:val="000000"/>
          <w:sz w:val="22"/>
        </w:rPr>
      </w:r>
    </w:p>
    <w:p>
      <w:pPr>
        <w:spacing w:after="100"/>
        <w:ind w:left="397" w:hanging="283"/>
      </w:pPr>
      <w:r>
        <w:rPr>
          <w:rFonts w:ascii="Arial" w:hAnsi="Arial" w:eastAsia="Arial"/>
          <w:b/>
          <w:color w:val="000000"/>
          <w:sz w:val="22"/>
        </w:rPr>
        <w:t xml:space="preserve">4. </w:t>
      </w:r>
      <w:r>
        <w:rPr>
          <w:rFonts w:ascii="Arial" w:hAnsi="Arial" w:eastAsia="Arial"/>
          <w:color w:val="000000"/>
          <w:sz w:val="22"/>
        </w:rPr>
        <w:t>Oferowane panele, słupki i elementy mocujące tworzą kompatybilny system spełniający minimalne parametry OPZ.</w:t>
      </w:r>
    </w:p>
    <w:p>
      <w:pPr>
        <w:spacing w:after="100"/>
        <w:ind w:left="397" w:hanging="283"/>
      </w:pPr>
      <w:r>
        <w:rPr>
          <w:rFonts w:ascii="Arial" w:hAnsi="Arial" w:eastAsia="Arial"/>
          <w:b/>
          <w:color w:val="000000"/>
          <w:sz w:val="22"/>
        </w:rPr>
        <w:t xml:space="preserve">5. </w:t>
      </w:r>
      <w:r>
        <w:rPr>
          <w:rFonts w:ascii="Arial" w:hAnsi="Arial" w:eastAsia="Arial"/>
          <w:color w:val="000000"/>
          <w:sz w:val="22"/>
        </w:rPr>
        <w:t>Oferowane materiały są fabrycznie nowe, spełniają wymagane normy, posiadają wymagane dokumenty jakościowe i są zabezpieczone antykorozyjnie.</w:t>
      </w:r>
    </w:p>
    <w:p>
      <w:pPr>
        <w:spacing w:after="100"/>
        <w:ind w:left="397" w:hanging="283"/>
      </w:pPr>
      <w:r>
        <w:rPr>
          <w:rFonts w:ascii="Arial" w:hAnsi="Arial" w:eastAsia="Arial"/>
          <w:b/>
          <w:color w:val="000000"/>
          <w:sz w:val="22"/>
        </w:rPr>
        <w:t xml:space="preserve">6. </w:t>
      </w:r>
      <w:r>
        <w:rPr>
          <w:rFonts w:ascii="Arial" w:hAnsi="Arial" w:eastAsia="Arial"/>
          <w:color w:val="000000"/>
          <w:sz w:val="22"/>
        </w:rPr>
        <w:t>Posiadam wiedzę i doświadczenie umożliwiające wykonanie zamówienia.</w:t>
      </w:r>
    </w:p>
    <w:p>
      <w:pPr>
        <w:pStyle w:val="Heading1"/>
        <w:keepNext/>
        <w:spacing w:after="100"/>
      </w:pPr>
      <w:r>
        <w:rPr>
          <w:rFonts w:ascii="Arial" w:hAnsi="Arial" w:eastAsia="Arial"/>
          <w:b/>
          <w:color w:val="000000"/>
          <w:sz w:val="22"/>
        </w:rPr>
        <w:t>VI. Podwykonawcy</w:t>
      </w:r>
    </w:p>
    <w:p>
      <w:pPr>
        <w:spacing w:after="100"/>
      </w:pPr>
      <w:r>
        <w:rPr>
          <w:rFonts w:ascii="Arial" w:hAnsi="Arial" w:eastAsia="Arial"/>
          <w:i w:val="0"/>
          <w:color w:val="000000"/>
          <w:sz w:val="22"/>
        </w:rPr>
        <w:t>Czy zamówienie będzie realizowane przy udziale podwykonawców?  □ NIE   □ TAK</w:t>
        <w:br/>
        <w:t>Zakres: ........................................................................................................................................</w:t>
      </w:r>
    </w:p>
    <w:p>
      <w:pPr>
        <w:pStyle w:val="Heading1"/>
        <w:keepNext/>
        <w:spacing w:after="100"/>
      </w:pPr>
      <w:r>
        <w:rPr>
          <w:rFonts w:ascii="Arial" w:hAnsi="Arial" w:eastAsia="Arial"/>
          <w:b/>
          <w:color w:val="000000"/>
          <w:sz w:val="22"/>
        </w:rPr>
        <w:t>VII. Załączniki do oferty</w:t>
      </w:r>
    </w:p>
    <w:p>
      <w:pPr>
        <w:spacing w:after="100"/>
      </w:pPr>
      <w:r>
        <w:rPr>
          <w:rFonts w:ascii="Arial" w:hAnsi="Arial" w:eastAsia="Arial"/>
          <w:i w:val="0"/>
          <w:color w:val="000000"/>
          <w:sz w:val="22"/>
        </w:rPr>
        <w:t>□ Formularz cenowy   □ Oświadczenie Wykonawcy   □ CEIDG/KRS   □ pełnomocnictwo (jeżeli dotyczy)   □ inne: ........................................</w:t>
      </w:r>
    </w:p>
    <w:p>
      <w:pPr>
        <w:pStyle w:val="Heading1"/>
        <w:keepNext/>
        <w:spacing w:after="100"/>
      </w:pPr>
      <w:r>
        <w:rPr>
          <w:rFonts w:ascii="Arial" w:hAnsi="Arial" w:eastAsia="Arial"/>
          <w:b/>
          <w:color w:val="000000"/>
          <w:sz w:val="22"/>
        </w:rPr>
        <w:t>VIII. Dane do rozliczeń</w:t>
      </w:r>
    </w:p>
    <w:p>
      <w:pPr>
        <w:spacing w:after="100"/>
      </w:pPr>
      <w:r>
        <w:rPr>
          <w:rFonts w:ascii="Arial" w:hAnsi="Arial" w:eastAsia="Arial"/>
          <w:i w:val="0"/>
          <w:color w:val="000000"/>
          <w:sz w:val="22"/>
        </w:rPr>
        <w:t>Nazwa banku: ................................................................................................................................</w:t>
        <w:br/>
        <w:t>Nr rachunku bankowego: ................................................................................................................</w:t>
      </w:r>
    </w:p>
    <w:p>
      <w:pPr>
        <w:pStyle w:val="Heading1"/>
        <w:keepNext/>
        <w:spacing w:after="100"/>
      </w:pPr>
      <w:r>
        <w:rPr>
          <w:rFonts w:ascii="Arial" w:hAnsi="Arial" w:eastAsia="Arial"/>
          <w:b/>
          <w:color w:val="000000"/>
          <w:sz w:val="22"/>
        </w:rPr>
        <w:t>IX. Podpis</w:t>
      </w:r>
    </w:p>
    <w:p>
      <w:pPr>
        <w:spacing w:after="100"/>
      </w:pPr>
      <w:r>
        <w:rPr>
          <w:rFonts w:ascii="Arial" w:hAnsi="Arial" w:eastAsia="Arial"/>
          <w:i w:val="0"/>
          <w:color w:val="000000"/>
          <w:sz w:val="22"/>
        </w:rPr>
        <w:t>Miejscowość: ....................................................   Data: ....................................................</w:t>
        <w:br/>
        <w:br/>
        <w:t>Podpis osoby uprawnionej: ............................................................   Pieczęć: ............................................................</w:t>
      </w:r>
    </w:p>
    <w:sectPr w:rsidR="00FC693F" w:rsidRPr="0006063C" w:rsidSect="00034616">
      <w:headerReference w:type="default" r:id="rId9"/>
      <w:footerReference w:type="default" r:id="rId10"/>
      <w:headerReference w:type="first" r:id="rId11"/>
      <w:headerReference w:type="even" r:id="rId12"/>
      <w:footerReference w:type="first" r:id="rId13"/>
      <w:footerReference w:type="even" r:id="rId14"/>
      <w:pgSz w:w="12240" w:h="15840"/>
      <w:pgMar w:top="1134" w:right="1417" w:bottom="1134" w:left="1417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