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  <w:jc w:val="right"/>
      </w:pPr>
      <w:r>
        <w:rPr>
          <w:b w:val="0"/>
        </w:rPr>
        <w:t>Moczary, dnia: ....................................</w:t>
      </w:r>
    </w:p>
    <w:p>
      <w:pPr>
        <w:spacing w:after="80"/>
      </w:pPr>
      <w:r>
        <w:rPr>
          <w:b/>
        </w:rPr>
        <w:t>DOM POMOCY SPOŁECZNEJ W MOCZARACH</w:t>
      </w:r>
    </w:p>
    <w:p>
      <w:pPr>
        <w:spacing w:after="80"/>
      </w:pPr>
      <w:r>
        <w:rPr>
          <w:b w:val="0"/>
        </w:rPr>
        <w:t>Moczary 41, 38-700 Ustrzyki Dolne</w:t>
      </w:r>
    </w:p>
    <w:p>
      <w:pPr>
        <w:spacing w:after="80"/>
      </w:pPr>
      <w:r>
        <w:rPr>
          <w:b/>
        </w:rPr>
        <w:t>Znak sprawy: DPS.ZP.1.11.2026</w:t>
      </w:r>
    </w:p>
    <w:p>
      <w:pPr>
        <w:spacing w:after="0"/>
      </w:pPr>
    </w:p>
    <w:p>
      <w:pPr>
        <w:spacing w:after="160"/>
        <w:jc w:val="center"/>
      </w:pPr>
      <w:r>
        <w:rPr>
          <w:rFonts w:ascii="Arial" w:hAnsi="Arial"/>
          <w:b/>
          <w:color w:val="1F4160"/>
          <w:sz w:val="27"/>
        </w:rPr>
        <w:t>ZAŁĄCZNIK NR 5 – OŚWIADCZENIE WYKONAWCY</w:t>
      </w:r>
    </w:p>
    <w:p>
      <w:pPr>
        <w:spacing w:after="80"/>
      </w:pPr>
      <w:r>
        <w:rPr>
          <w:b w:val="0"/>
        </w:rPr>
        <w:t>Dotyczy: „Wykonanie ogrodzenia panelowego 3D o długości 67 mb wraz z montażem trzech bram przesuwnych i dwóch furtek na terenie Domu Pomocy Społecznej w Moczarach”</w:t>
      </w:r>
    </w:p>
    <w:p>
      <w:pPr>
        <w:spacing w:after="80"/>
      </w:pPr>
      <w:r>
        <w:rPr>
          <w:b w:val="0"/>
        </w:rPr>
        <w:t>Nazwa i adres wykonawcy: 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Oświadczam, że:</w:t>
      </w:r>
    </w:p>
    <w:p>
      <w:pPr>
        <w:spacing w:after="80"/>
      </w:pPr>
      <w:r>
        <w:rPr>
          <w:b w:val="0"/>
        </w:rPr>
        <w:t>1. Zapoznałem(-am) się z zapytaniem ofertowym, OPZ i projektem umowy oraz przyjmuję ich wymagania.</w:t>
      </w:r>
    </w:p>
    <w:p>
      <w:pPr>
        <w:spacing w:after="80"/>
      </w:pPr>
      <w:r>
        <w:rPr>
          <w:b w:val="0"/>
        </w:rPr>
        <w:t>2. Dysponuję personelem, sprzętem, wiedzą i organizacją niezbędną do terminowego i bezpiecznego wykonania przedmiotu zamówienia.</w:t>
      </w:r>
    </w:p>
    <w:p>
      <w:pPr>
        <w:spacing w:after="80"/>
      </w:pPr>
      <w:r>
        <w:rPr>
          <w:b w:val="0"/>
        </w:rPr>
        <w:t>3. Moja oferta obejmuje 67 mb odcinków ogrodzenia panelowego 3D, trzy bramy przesuwne o nominalnej całkowitej długości skrzydła po 7,00 m oraz dwie furtki ze światłem przejścia minimum 1,20 m.</w:t>
      </w:r>
    </w:p>
    <w:p>
      <w:pPr>
        <w:spacing w:after="80"/>
      </w:pPr>
      <w:r>
        <w:rPr>
          <w:b w:val="0"/>
        </w:rPr>
        <w:t>4. Brama nr 1 będzie sterowana kodem i pilotem, brama nr 2 pilotem, brama nr 3 będzie przesuwna ręczna, zamykana na klucz; dostarczę 10 pilotów łącznie.</w:t>
      </w:r>
    </w:p>
    <w:p>
      <w:pPr>
        <w:spacing w:after="80"/>
      </w:pPr>
      <w:r>
        <w:rPr>
          <w:b w:val="0"/>
        </w:rPr>
        <w:t>5. Ogrodzenie, wszystkie bramy oraz obie furtki będą wykonane w zgodnym wizualnie systemie panelowym 3D. Wszystkie elementy stalowe będą ocynkowane i – dla elementów objętych wymaganiem wykończenia – dodatkowo pokryte powłoką w kolorze RAL 7016.</w:t>
      </w:r>
    </w:p>
    <w:p>
      <w:pPr>
        <w:spacing w:after="80"/>
      </w:pPr>
      <w:r>
        <w:rPr>
          <w:b w:val="0"/>
        </w:rPr>
        <w:t>6. Samo malowanie elementów stalowych nie będzie traktowane jako spełnienie wymogu ocynkowania. Przedłożę dokumenty potwierdzające materiały i technologię zabezpieczenia antykorozyjnego.</w:t>
      </w:r>
    </w:p>
    <w:p>
      <w:pPr>
        <w:spacing w:after="80"/>
      </w:pPr>
      <w:r>
        <w:rPr>
          <w:b w:val="0"/>
        </w:rPr>
        <w:t>7. W cenie ująłem(-am) cały zakres niezbędnych dostaw i robót, w tym roboty odtworzeniowe w zakresie OPZ, bez podwójnego naliczania tych samych czynności.</w:t>
      </w:r>
    </w:p>
    <w:p>
      <w:pPr>
        <w:spacing w:after="80"/>
      </w:pPr>
      <w:r>
        <w:rPr>
          <w:b w:val="0"/>
        </w:rPr>
        <w:t>8. Udzielam 60 miesięcy gwarancji jakości na wykonany przedmiot zamówienia, łącznie z bramami, automatyką, furtkami i zabezpieczeniem antykorozyjnym.</w:t>
      </w:r>
    </w:p>
    <w:p>
      <w:pPr>
        <w:spacing w:after="80"/>
      </w:pPr>
      <w:r>
        <w:rPr>
          <w:b w:val="0"/>
        </w:rPr>
        <w:t>9. Przekażę instrukcje, karty techniczne, dokumenty potwierdzające cynkowanie, protokoły prób, pomiarów i uruchomienia oraz dokumenty odbiorowe.</w:t>
      </w:r>
    </w:p>
    <w:p>
      <w:pPr>
        <w:spacing w:after="80"/>
      </w:pPr>
      <w:r>
        <w:rPr>
          <w:b w:val="0"/>
        </w:rPr>
        <w:t>10. Podczas robót w czynnym DPS zapewnię przestrzeganie wymagań BHP, przeciwpożarowych i bezpieczne korzystanie z placówki przez mieszkańców, personel oraz służby ratunkowe.</w:t>
      </w:r>
    </w:p>
    <w:p>
      <w:pPr>
        <w:spacing w:after="80"/>
      </w:pPr>
      <w:r>
        <w:rPr>
          <w:b w:val="0"/>
        </w:rPr>
        <w:t>Miejscowość, data i podpis Wykonawcy: .................................................................................</w:t>
      </w:r>
    </w:p>
    <w:sectPr w:rsidR="00FC693F" w:rsidRPr="0006063C" w:rsidSect="00034616">
      <w:footerReference w:type="default" r:id="rId9"/>
      <w:pgSz w:w="11906" w:h="16838"/>
      <w:pgMar w:top="1020" w:right="1191" w:bottom="935" w:left="1191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D8795"/>
        <w:sz w:val="14"/>
      </w:rPr>
      <w:t xml:space="preserve">DPS w Moczarach  |  DPS.ZP.1.11.2026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8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416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